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F9AB" w14:textId="77777777" w:rsidR="00C229CF" w:rsidRPr="00C229CF" w:rsidRDefault="00000000" w:rsidP="00C229CF">
      <w:pPr>
        <w:pStyle w:val="Title"/>
        <w:spacing w:before="200" w:after="400"/>
        <w:jc w:val="center"/>
        <w:rPr>
          <w:rFonts w:ascii="Times New Roman" w:eastAsia="Tahoma" w:hAnsi="Times New Roman" w:cs="Times New Roman"/>
          <w:sz w:val="24"/>
          <w:szCs w:val="24"/>
          <w:lang w:val="bg-BG"/>
        </w:rPr>
      </w:pPr>
      <w:r w:rsidRPr="00C229CF">
        <w:rPr>
          <w:rFonts w:ascii="Times New Roman" w:eastAsia="Tahoma" w:hAnsi="Times New Roman" w:cs="Times New Roman"/>
          <w:sz w:val="24"/>
          <w:szCs w:val="24"/>
        </w:rPr>
        <w:t>ПРОТОКОЛ</w:t>
      </w:r>
    </w:p>
    <w:p w14:paraId="45E549FF" w14:textId="77777777" w:rsidR="00C229CF" w:rsidRPr="00C229CF" w:rsidRDefault="00000000" w:rsidP="00C229CF">
      <w:pPr>
        <w:pStyle w:val="Title"/>
        <w:spacing w:before="200" w:after="400"/>
        <w:jc w:val="center"/>
        <w:rPr>
          <w:rFonts w:ascii="Times New Roman" w:eastAsia="Tahoma" w:hAnsi="Times New Roman" w:cs="Times New Roman"/>
          <w:b w:val="0"/>
          <w:sz w:val="24"/>
          <w:szCs w:val="24"/>
          <w:lang w:val="bg-BG"/>
        </w:rPr>
      </w:pP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допуснатите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недопуснатите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кандидати</w:t>
      </w:r>
      <w:proofErr w:type="spellEnd"/>
    </w:p>
    <w:p w14:paraId="4403A6E9" w14:textId="77777777" w:rsidR="00DA6FB4" w:rsidRDefault="00000000" w:rsidP="00C229CF">
      <w:pPr>
        <w:pStyle w:val="Title"/>
        <w:spacing w:before="200" w:after="400"/>
        <w:jc w:val="center"/>
        <w:rPr>
          <w:rFonts w:ascii="Times New Roman" w:eastAsia="Tahoma" w:hAnsi="Times New Roman" w:cs="Times New Roman"/>
          <w:b w:val="0"/>
          <w:sz w:val="24"/>
          <w:szCs w:val="24"/>
          <w:lang w:val="bg-BG"/>
        </w:rPr>
      </w:pP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конкурсите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обявени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със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Заповед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№ РД-10-38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03.09.2026 г.</w:t>
      </w:r>
      <w:r w:rsidR="00DA6FB4" w:rsidRPr="00DA6FB4">
        <w:t xml:space="preserve"> </w:t>
      </w:r>
    </w:p>
    <w:p w14:paraId="14A5545A" w14:textId="4B5EA58B" w:rsidR="001967C1" w:rsidRPr="00C229CF" w:rsidRDefault="00DA6FB4" w:rsidP="00C229CF">
      <w:pPr>
        <w:pStyle w:val="Title"/>
        <w:spacing w:before="200" w:after="4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b w:val="0"/>
          <w:sz w:val="24"/>
          <w:szCs w:val="24"/>
          <w:lang w:val="bg-BG"/>
        </w:rPr>
        <w:t xml:space="preserve">за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две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свободни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щатни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длъжности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„МЛАДШИ ЕКСПЕРТ“ в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сектор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„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Югозападен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регион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по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сортоизпитване</w:t>
      </w:r>
      <w:proofErr w:type="spellEnd"/>
      <w:r w:rsidRPr="00DA6FB4">
        <w:rPr>
          <w:rFonts w:ascii="Times New Roman" w:eastAsia="Tahoma" w:hAnsi="Times New Roman" w:cs="Times New Roman"/>
          <w:b w:val="0"/>
          <w:sz w:val="24"/>
          <w:szCs w:val="24"/>
        </w:rPr>
        <w:t>“,</w:t>
      </w:r>
    </w:p>
    <w:p w14:paraId="25A1BE83" w14:textId="77777777" w:rsidR="001967C1" w:rsidRPr="00C229CF" w:rsidRDefault="00000000" w:rsidP="00C229CF">
      <w:pPr>
        <w:keepNext/>
        <w:spacing w:after="12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Протоколът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обхваща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следните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длъжности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3E7F5C71" w14:textId="7A314D1B" w:rsidR="001967C1" w:rsidRPr="00C229CF" w:rsidRDefault="00000000" w:rsidP="00C229CF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две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свободни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щатни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„</w:t>
      </w:r>
      <w:r w:rsidRPr="00C229CF">
        <w:rPr>
          <w:rFonts w:ascii="Times New Roman" w:eastAsia="Tahoma" w:hAnsi="Times New Roman" w:cs="Times New Roman"/>
          <w:b/>
          <w:bCs/>
          <w:szCs w:val="24"/>
        </w:rPr>
        <w:t>МЛАДШИ ЕКСПЕРТ“</w:t>
      </w:r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сектор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r w:rsidRPr="00C229CF">
        <w:rPr>
          <w:rFonts w:ascii="Times New Roman" w:eastAsia="Tahoma" w:hAnsi="Times New Roman" w:cs="Times New Roman"/>
          <w:b/>
          <w:bCs/>
          <w:szCs w:val="24"/>
        </w:rPr>
        <w:t>„</w:t>
      </w:r>
      <w:proofErr w:type="spellStart"/>
      <w:r w:rsidRPr="00C229CF">
        <w:rPr>
          <w:rFonts w:ascii="Times New Roman" w:eastAsia="Tahoma" w:hAnsi="Times New Roman" w:cs="Times New Roman"/>
          <w:b/>
          <w:bCs/>
          <w:szCs w:val="24"/>
        </w:rPr>
        <w:t>Югозападен</w:t>
      </w:r>
      <w:proofErr w:type="spellEnd"/>
      <w:r w:rsidRPr="00C229CF">
        <w:rPr>
          <w:rFonts w:ascii="Times New Roman" w:eastAsia="Tahoma" w:hAnsi="Times New Roman" w:cs="Times New Roman"/>
          <w:b/>
          <w:bCs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bCs/>
          <w:szCs w:val="24"/>
        </w:rPr>
        <w:t>регион</w:t>
      </w:r>
      <w:proofErr w:type="spellEnd"/>
      <w:r w:rsidRPr="00C229CF">
        <w:rPr>
          <w:rFonts w:ascii="Times New Roman" w:eastAsia="Tahoma" w:hAnsi="Times New Roman" w:cs="Times New Roman"/>
          <w:b/>
          <w:bCs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bCs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b/>
          <w:bCs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bCs/>
          <w:szCs w:val="24"/>
        </w:rPr>
        <w:t>сортоизпитване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“,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Главна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дирекция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„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Сортоизпитване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апробация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семеконтрол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“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ИАСАС;</w:t>
      </w:r>
    </w:p>
    <w:p w14:paraId="25398775" w14:textId="2B0E4E06" w:rsidR="00C229CF" w:rsidRPr="00C229CF" w:rsidRDefault="00000000">
      <w:pPr>
        <w:keepNext/>
        <w:spacing w:before="200" w:after="160"/>
        <w:jc w:val="both"/>
        <w:rPr>
          <w:rFonts w:ascii="Times New Roman" w:eastAsia="Tahoma" w:hAnsi="Times New Roman" w:cs="Times New Roman"/>
          <w:b/>
          <w:szCs w:val="24"/>
          <w:lang w:val="bg-BG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I.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представените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</w:t>
      </w:r>
      <w:proofErr w:type="spellEnd"/>
    </w:p>
    <w:p w14:paraId="1B99C9A4" w14:textId="77777777" w:rsidR="001967C1" w:rsidRPr="00C229CF" w:rsidRDefault="00000000">
      <w:pPr>
        <w:keepNext/>
        <w:spacing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1.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Изисквани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обявите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75D960CE" w14:textId="00D7E08B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писмено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участие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приложение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№ 3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към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2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Наредбата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провеждане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подбора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мобилност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държавни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служители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(НПКПМДС);</w:t>
      </w:r>
    </w:p>
    <w:p w14:paraId="2F63C2F0" w14:textId="2A4E5057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декларация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3, т. 1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НПКПМДС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лицето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неговото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гражданство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както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обстоятелствата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пълнолетно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поставено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под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запрещение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осъждано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умишлено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престъпление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общ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характер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лишаване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свобода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лишено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съответния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ред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правото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заема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определена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213A2DA8" w14:textId="3BBAFF30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копия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образователно-квалификационна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степен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допълнителна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квалификация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правоспособност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които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;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Република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България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вписана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Регистъра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завършилите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студенти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докторанти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посочват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номерът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издателят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а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чужбина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вписан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регистрите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академично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Националния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център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информация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посочват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номерът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издателят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копие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прилага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4FF64FE9" w14:textId="1A59A8D1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копие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удостоверяващи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продължителността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опит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притежава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такъв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22253CB0" w14:textId="13B2E92C" w:rsidR="00C229CF" w:rsidRPr="007238C9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други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свързани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изискванията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заемане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.</w:t>
      </w:r>
    </w:p>
    <w:p w14:paraId="32F18E57" w14:textId="77777777" w:rsidR="007238C9" w:rsidRPr="007238C9" w:rsidRDefault="007238C9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</w:p>
    <w:p w14:paraId="24D85B41" w14:textId="77777777" w:rsidR="001967C1" w:rsidRPr="00C229CF" w:rsidRDefault="00000000">
      <w:pPr>
        <w:keepNext/>
        <w:spacing w:before="120"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2.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Минимални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изисквания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заемане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длъжностите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обявите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1B3197C5" w14:textId="43537B36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отговарят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изискванията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Закона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държавния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служител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58981B29" w14:textId="0CAA1A9A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образователна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степен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бакалавър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5E56CF61" w14:textId="4BB711A6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опит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или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присъден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ранг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V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младши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.</w:t>
      </w:r>
    </w:p>
    <w:p w14:paraId="435EB420" w14:textId="77777777" w:rsidR="001967C1" w:rsidRPr="00C229CF" w:rsidRDefault="00000000">
      <w:pPr>
        <w:keepNext/>
        <w:spacing w:before="160" w:after="4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lastRenderedPageBreak/>
        <w:t xml:space="preserve">3.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Таблици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документите</w:t>
      </w:r>
      <w:proofErr w:type="spellEnd"/>
    </w:p>
    <w:p w14:paraId="0CE9A296" w14:textId="6FECF465" w:rsidR="001967C1" w:rsidRPr="00C229CF" w:rsidRDefault="00000000">
      <w:pPr>
        <w:keepNext/>
        <w:spacing w:before="160"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Младши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експерт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сектор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„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Югозападен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регион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сортоизпитване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“,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гр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София</w:t>
      </w:r>
      <w:proofErr w:type="spellEnd"/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871"/>
        <w:gridCol w:w="3061"/>
        <w:gridCol w:w="1701"/>
      </w:tblGrid>
      <w:tr w:rsidR="001967C1" w:rsidRPr="00C229CF" w14:paraId="29994ED7" w14:textId="77777777" w:rsidTr="00B97487">
        <w:trPr>
          <w:cantSplit/>
          <w:tblHeader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EFFCC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презиме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и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фамилия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кандидата</w:t>
            </w:r>
            <w:proofErr w:type="spellEnd"/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7834DD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Представени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всички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</w:t>
            </w:r>
            <w:proofErr w:type="spellEnd"/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90D096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Удостоверяват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съответствие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с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обявените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минимални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изисквания</w:t>
            </w:r>
            <w:proofErr w:type="spellEnd"/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9EDD37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Основание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за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недопускане</w:t>
            </w:r>
            <w:proofErr w:type="spellEnd"/>
          </w:p>
        </w:tc>
      </w:tr>
      <w:tr w:rsidR="001967C1" w:rsidRPr="00C229CF" w14:paraId="32987FC4" w14:textId="77777777" w:rsidTr="00B97487">
        <w:trPr>
          <w:cantSplit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7248FF" w14:textId="521296DD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1. </w:t>
            </w:r>
            <w:r w:rsidR="00B97487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Алекс Бисеров Стефанов</w:t>
            </w:r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675600" w14:textId="62AAE71F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5AFF1E" w14:textId="085369DC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F9CF74" w14:textId="38E39609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  <w:tr w:rsidR="00B97487" w:rsidRPr="00C229CF" w14:paraId="290F926C" w14:textId="77777777" w:rsidTr="00B97487">
        <w:trPr>
          <w:cantSplit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6A47E4" w14:textId="15BACFDA" w:rsidR="00B97487" w:rsidRPr="00C229CF" w:rsidRDefault="00B97487" w:rsidP="00B97487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2. </w:t>
            </w:r>
            <w:r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Лилия Йорданова Талева</w:t>
            </w:r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54A675" w14:textId="3F58B32B" w:rsidR="00B97487" w:rsidRPr="00C229CF" w:rsidRDefault="00B97487" w:rsidP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82ABED" w14:textId="48DE4E57" w:rsidR="00B97487" w:rsidRPr="00C229CF" w:rsidRDefault="00B97487" w:rsidP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0A5945" w14:textId="137031A8" w:rsidR="00B97487" w:rsidRPr="00C229CF" w:rsidRDefault="00B97487" w:rsidP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  <w:tr w:rsidR="00B97487" w:rsidRPr="00C229CF" w14:paraId="7AB8A0E5" w14:textId="77777777" w:rsidTr="00B97487">
        <w:trPr>
          <w:cantSplit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70F181" w14:textId="3A55CB6C" w:rsidR="00B97487" w:rsidRPr="00C229CF" w:rsidRDefault="00B97487" w:rsidP="00B97487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3. </w:t>
            </w:r>
            <w:r w:rsidR="00C229CF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Мирослав Спасов Колдов</w:t>
            </w:r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EDCB83" w14:textId="522DA989" w:rsidR="00B97487" w:rsidRPr="00C229CF" w:rsidRDefault="00B97487" w:rsidP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A53EC7" w14:textId="3CCDCCC1" w:rsidR="00B97487" w:rsidRPr="00C229CF" w:rsidRDefault="00B97487" w:rsidP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661822" w14:textId="3E34D5BD" w:rsidR="00B97487" w:rsidRPr="00C229CF" w:rsidRDefault="00B97487" w:rsidP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</w:tbl>
    <w:p w14:paraId="5704CA04" w14:textId="77777777" w:rsidR="001967C1" w:rsidRPr="00C229CF" w:rsidRDefault="00000000">
      <w:pPr>
        <w:keepNext/>
        <w:spacing w:before="200" w:after="16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II.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Решение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конкурсната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комисия</w:t>
      </w:r>
      <w:proofErr w:type="spellEnd"/>
    </w:p>
    <w:p w14:paraId="6DC6DD15" w14:textId="77777777" w:rsidR="001967C1" w:rsidRPr="00C229CF" w:rsidRDefault="00000000">
      <w:pPr>
        <w:spacing w:after="160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Въз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основа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извършената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конкурсната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комисия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реши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:</w:t>
      </w:r>
    </w:p>
    <w:p w14:paraId="011C6279" w14:textId="77777777" w:rsidR="001967C1" w:rsidRPr="00C229CF" w:rsidRDefault="00000000">
      <w:pPr>
        <w:keepNext/>
        <w:spacing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а)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Допуска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следните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4309"/>
        <w:gridCol w:w="6293"/>
      </w:tblGrid>
      <w:tr w:rsidR="001967C1" w:rsidRPr="00C229CF" w14:paraId="243DFB8D" w14:textId="77777777" w:rsidTr="00DA6FB4">
        <w:trPr>
          <w:cantSplit/>
          <w:tblHeader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FA688A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Конкурсна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длъжност</w:t>
            </w:r>
            <w:proofErr w:type="spellEnd"/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8952E4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Допуснати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кандидати</w:t>
            </w:r>
            <w:proofErr w:type="spellEnd"/>
          </w:p>
        </w:tc>
      </w:tr>
      <w:tr w:rsidR="001967C1" w:rsidRPr="00C229CF" w14:paraId="61A23E0D" w14:textId="77777777" w:rsidTr="00DA6FB4">
        <w:trPr>
          <w:cantSplit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AE02A0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Младши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експерт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сектор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Югозападен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регион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по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сортоизпитване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“,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7FA074" w14:textId="77777777" w:rsidR="00C229CF" w:rsidRPr="00C229CF" w:rsidRDefault="00C229CF" w:rsidP="00C229CF">
            <w:pPr>
              <w:spacing w:after="0" w:line="252" w:lineRule="auto"/>
              <w:rPr>
                <w:rFonts w:ascii="Times New Roman" w:eastAsia="Tahoma" w:hAnsi="Times New Roman" w:cs="Times New Roman"/>
                <w:sz w:val="22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1.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Алекс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Бисеров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Стефанов</w:t>
            </w:r>
            <w:proofErr w:type="spellEnd"/>
          </w:p>
          <w:p w14:paraId="3E3B74B5" w14:textId="77777777" w:rsidR="00C229CF" w:rsidRPr="00C229CF" w:rsidRDefault="00C229CF" w:rsidP="00C229CF">
            <w:pPr>
              <w:spacing w:after="0" w:line="252" w:lineRule="auto"/>
              <w:rPr>
                <w:rFonts w:ascii="Times New Roman" w:eastAsia="Tahoma" w:hAnsi="Times New Roman" w:cs="Times New Roman"/>
                <w:sz w:val="22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2.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Лилия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Йорданова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Талева</w:t>
            </w:r>
            <w:proofErr w:type="spellEnd"/>
          </w:p>
          <w:p w14:paraId="1CA784E6" w14:textId="09F9132E" w:rsidR="001967C1" w:rsidRPr="00C229CF" w:rsidRDefault="00C229CF" w:rsidP="00C229CF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3.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Мирослав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Спасов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Колдов</w:t>
            </w:r>
            <w:proofErr w:type="spellEnd"/>
          </w:p>
        </w:tc>
      </w:tr>
    </w:tbl>
    <w:p w14:paraId="6D4826FE" w14:textId="77777777" w:rsidR="001967C1" w:rsidRPr="00DA6FB4" w:rsidRDefault="00000000">
      <w:pPr>
        <w:keepNext/>
        <w:spacing w:before="200" w:after="100"/>
        <w:jc w:val="both"/>
        <w:rPr>
          <w:rFonts w:ascii="Times New Roman" w:eastAsia="Tahoma" w:hAnsi="Times New Roman" w:cs="Times New Roman"/>
          <w:sz w:val="22"/>
        </w:rPr>
      </w:pPr>
      <w:proofErr w:type="spellStart"/>
      <w:r w:rsidRPr="00DA6FB4">
        <w:rPr>
          <w:rFonts w:ascii="Times New Roman" w:eastAsia="Tahoma" w:hAnsi="Times New Roman" w:cs="Times New Roman"/>
          <w:sz w:val="22"/>
        </w:rPr>
        <w:t>Допуснатите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кандидати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следва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да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се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явят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на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тест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b/>
          <w:bCs/>
          <w:sz w:val="22"/>
        </w:rPr>
        <w:t>на</w:t>
      </w:r>
      <w:proofErr w:type="spellEnd"/>
      <w:r w:rsidRPr="00DA6FB4">
        <w:rPr>
          <w:rFonts w:ascii="Times New Roman" w:eastAsia="Tahoma" w:hAnsi="Times New Roman" w:cs="Times New Roman"/>
          <w:b/>
          <w:bCs/>
          <w:sz w:val="22"/>
        </w:rPr>
        <w:t xml:space="preserve"> 29.09.2026 г</w:t>
      </w:r>
      <w:r w:rsidRPr="00DA6FB4">
        <w:rPr>
          <w:rFonts w:ascii="Times New Roman" w:eastAsia="Tahoma" w:hAnsi="Times New Roman" w:cs="Times New Roman"/>
          <w:sz w:val="22"/>
        </w:rPr>
        <w:t xml:space="preserve">.,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както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DA6FB4">
        <w:rPr>
          <w:rFonts w:ascii="Times New Roman" w:eastAsia="Tahoma" w:hAnsi="Times New Roman" w:cs="Times New Roman"/>
          <w:sz w:val="22"/>
        </w:rPr>
        <w:t>следва</w:t>
      </w:r>
      <w:proofErr w:type="spellEnd"/>
      <w:r w:rsidRPr="00DA6FB4">
        <w:rPr>
          <w:rFonts w:ascii="Times New Roman" w:eastAsia="Tahoma" w:hAnsi="Times New Roman" w:cs="Times New Roman"/>
          <w:sz w:val="22"/>
        </w:rPr>
        <w:t>:</w:t>
      </w:r>
    </w:p>
    <w:tbl>
      <w:tblPr>
        <w:tblW w:w="10601" w:type="dxa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1417"/>
        <w:gridCol w:w="5102"/>
      </w:tblGrid>
      <w:tr w:rsidR="001967C1" w:rsidRPr="00C229CF" w14:paraId="4732A8E8" w14:textId="77777777" w:rsidTr="00DA6FB4">
        <w:trPr>
          <w:cantSplit/>
          <w:tblHeader/>
          <w:jc w:val="center"/>
        </w:trPr>
        <w:tc>
          <w:tcPr>
            <w:tcW w:w="40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CC2AE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Конкурсна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длъжност</w:t>
            </w:r>
            <w:proofErr w:type="spellEnd"/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954FF8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Начален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час</w:t>
            </w:r>
            <w:proofErr w:type="spellEnd"/>
          </w:p>
        </w:tc>
        <w:tc>
          <w:tcPr>
            <w:tcW w:w="51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9D73B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Място</w:t>
            </w:r>
            <w:proofErr w:type="spellEnd"/>
          </w:p>
        </w:tc>
      </w:tr>
      <w:tr w:rsidR="001967C1" w:rsidRPr="00C229CF" w14:paraId="70F1BCC3" w14:textId="77777777" w:rsidTr="00DA6FB4">
        <w:trPr>
          <w:cantSplit/>
          <w:jc w:val="center"/>
        </w:trPr>
        <w:tc>
          <w:tcPr>
            <w:tcW w:w="40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8B629F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Младши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експерт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сектор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Югозападен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регион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по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сортоизпитване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“,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5317A6" w14:textId="7D3CB039" w:rsidR="001967C1" w:rsidRPr="00C229CF" w:rsidRDefault="009B5CE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Tahoma" w:hAnsi="Times New Roman" w:cs="Times New Roman"/>
                <w:sz w:val="22"/>
                <w:lang w:val="bg-BG"/>
              </w:rPr>
              <w:t>11.00</w:t>
            </w: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ч.</w:t>
            </w:r>
          </w:p>
        </w:tc>
        <w:tc>
          <w:tcPr>
            <w:tcW w:w="51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BF0363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Сградата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на ИАСАС,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бул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Цариградско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шосе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“ № 125,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1,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3</w:t>
            </w:r>
          </w:p>
        </w:tc>
      </w:tr>
    </w:tbl>
    <w:p w14:paraId="0EC2B169" w14:textId="77777777" w:rsidR="00C229CF" w:rsidRPr="00C229CF" w:rsidRDefault="00C229CF" w:rsidP="00C229CF">
      <w:pPr>
        <w:rPr>
          <w:rFonts w:ascii="Times New Roman" w:hAnsi="Times New Roman" w:cs="Times New Roman"/>
          <w:szCs w:val="24"/>
          <w:lang w:val="bg-BG"/>
        </w:rPr>
      </w:pPr>
    </w:p>
    <w:p w14:paraId="55BDA2B7" w14:textId="11EFF9C3" w:rsidR="00C229CF" w:rsidRPr="00653920" w:rsidRDefault="00C229CF" w:rsidP="00C229CF">
      <w:pPr>
        <w:rPr>
          <w:rFonts w:ascii="Times New Roman" w:hAnsi="Times New Roman" w:cs="Times New Roman"/>
          <w:b/>
          <w:sz w:val="22"/>
          <w:lang w:val="bg-BG"/>
        </w:rPr>
      </w:pPr>
      <w:r w:rsidRPr="00653920">
        <w:rPr>
          <w:rFonts w:ascii="Times New Roman" w:hAnsi="Times New Roman" w:cs="Times New Roman"/>
          <w:b/>
          <w:sz w:val="22"/>
        </w:rPr>
        <w:t xml:space="preserve">б)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Не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допуска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до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конкурс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следните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кандидати</w:t>
      </w:r>
      <w:proofErr w:type="spellEnd"/>
      <w:r w:rsidRPr="00653920">
        <w:rPr>
          <w:rFonts w:ascii="Times New Roman" w:hAnsi="Times New Roman" w:cs="Times New Roman"/>
          <w:b/>
          <w:sz w:val="22"/>
        </w:rPr>
        <w:t>:</w:t>
      </w:r>
      <w:r w:rsidRPr="00653920">
        <w:rPr>
          <w:rFonts w:ascii="Times New Roman" w:hAnsi="Times New Roman" w:cs="Times New Roman"/>
          <w:b/>
          <w:sz w:val="22"/>
          <w:lang w:val="bg-BG"/>
        </w:rPr>
        <w:t xml:space="preserve"> няма</w:t>
      </w:r>
    </w:p>
    <w:p w14:paraId="08D1051B" w14:textId="77777777" w:rsidR="00C229CF" w:rsidRPr="00653920" w:rsidRDefault="00C229CF" w:rsidP="00C229CF">
      <w:pPr>
        <w:rPr>
          <w:rFonts w:ascii="Times New Roman" w:hAnsi="Times New Roman" w:cs="Times New Roman"/>
          <w:sz w:val="22"/>
          <w:lang w:val="bg-BG"/>
        </w:rPr>
      </w:pPr>
    </w:p>
    <w:p w14:paraId="27411224" w14:textId="75C245C1" w:rsidR="001967C1" w:rsidRPr="00653920" w:rsidRDefault="00653920" w:rsidP="00653920">
      <w:pPr>
        <w:keepNext/>
        <w:spacing w:after="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eastAsia="Tahoma" w:hAnsi="Times New Roman" w:cs="Times New Roman"/>
          <w:b/>
          <w:sz w:val="22"/>
          <w:lang w:val="bg-BG"/>
        </w:rPr>
        <w:t xml:space="preserve">       </w:t>
      </w:r>
      <w:r w:rsidRPr="00653920">
        <w:rPr>
          <w:rFonts w:ascii="Times New Roman" w:eastAsia="Tahoma" w:hAnsi="Times New Roman" w:cs="Times New Roman"/>
          <w:b/>
          <w:sz w:val="22"/>
        </w:rPr>
        <w:t>ПРЕДСЕДАТЕЛ:  ........................................../</w:t>
      </w:r>
      <w:r w:rsidRPr="00653920">
        <w:rPr>
          <w:rFonts w:ascii="Times New Roman" w:eastAsia="Tahoma" w:hAnsi="Times New Roman" w:cs="Times New Roman"/>
          <w:bCs/>
          <w:sz w:val="22"/>
        </w:rPr>
        <w:t>П</w:t>
      </w:r>
      <w:r w:rsidRPr="00653920">
        <w:rPr>
          <w:rFonts w:ascii="Times New Roman" w:eastAsia="Tahoma" w:hAnsi="Times New Roman" w:cs="Times New Roman"/>
          <w:b/>
          <w:sz w:val="22"/>
        </w:rPr>
        <w:t>/..........................................</w:t>
      </w:r>
    </w:p>
    <w:p w14:paraId="23246990" w14:textId="70E96317" w:rsidR="001967C1" w:rsidRPr="00C229CF" w:rsidRDefault="00DA6FB4">
      <w:pPr>
        <w:spacing w:before="160" w:after="0"/>
        <w:jc w:val="both"/>
        <w:rPr>
          <w:rFonts w:ascii="Times New Roman" w:hAnsi="Times New Roman" w:cs="Times New Roman"/>
          <w:szCs w:val="24"/>
        </w:rPr>
      </w:pPr>
      <w:r w:rsidRPr="00DA6FB4">
        <w:rPr>
          <w:rFonts w:ascii="Times New Roman" w:hAnsi="Times New Roman" w:cs="Times New Roman"/>
          <w:szCs w:val="24"/>
        </w:rPr>
        <w:t>21.09.2026 г.</w:t>
      </w:r>
    </w:p>
    <w:sectPr w:rsidR="001967C1" w:rsidRPr="00C229CF" w:rsidSect="00FB3A00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40" w:bottom="850" w:left="1440" w:header="454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5B55" w14:textId="77777777" w:rsidR="00573C71" w:rsidRDefault="00573C71">
      <w:pPr>
        <w:spacing w:after="0" w:line="240" w:lineRule="auto"/>
      </w:pPr>
      <w:r>
        <w:separator/>
      </w:r>
    </w:p>
  </w:endnote>
  <w:endnote w:type="continuationSeparator" w:id="0">
    <w:p w14:paraId="6B8BEDD4" w14:textId="77777777" w:rsidR="00573C71" w:rsidRDefault="00573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BEDC" w14:textId="77777777" w:rsidR="001967C1" w:rsidRDefault="00000000">
    <w:pPr>
      <w:pStyle w:val="Footer"/>
      <w:jc w:val="right"/>
    </w:pPr>
    <w:r>
      <w:rPr>
        <w:rFonts w:eastAsia="Tahoma"/>
        <w:sz w:val="20"/>
      </w:rPr>
      <w:fldChar w:fldCharType="begin"/>
    </w:r>
    <w:r>
      <w:rPr>
        <w:rFonts w:eastAsia="Tahoma"/>
        <w:sz w:val="20"/>
      </w:rPr>
      <w:instrText xml:space="preserve"> PAGE </w:instrText>
    </w:r>
    <w:r>
      <w:rPr>
        <w:rFonts w:eastAsia="Tahoma"/>
        <w:sz w:val="20"/>
      </w:rPr>
      <w:fldChar w:fldCharType="separate"/>
    </w:r>
    <w:r w:rsidR="00B97487">
      <w:rPr>
        <w:rFonts w:eastAsia="Tahoma"/>
        <w:noProof/>
        <w:sz w:val="20"/>
      </w:rPr>
      <w:t>2</w:t>
    </w:r>
    <w:r>
      <w:rPr>
        <w:rFonts w:eastAsia="Tahom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649F" w14:textId="77777777" w:rsidR="001967C1" w:rsidRDefault="00000000">
    <w:pPr>
      <w:pStyle w:val="Footer"/>
      <w:jc w:val="right"/>
    </w:pPr>
    <w:r>
      <w:rPr>
        <w:rFonts w:eastAsia="Tahoma"/>
        <w:sz w:val="20"/>
      </w:rPr>
      <w:fldChar w:fldCharType="begin"/>
    </w:r>
    <w:r>
      <w:rPr>
        <w:rFonts w:eastAsia="Tahoma"/>
        <w:sz w:val="20"/>
      </w:rPr>
      <w:instrText xml:space="preserve"> PAGE </w:instrText>
    </w:r>
    <w:r>
      <w:rPr>
        <w:rFonts w:eastAsia="Tahoma"/>
        <w:sz w:val="20"/>
      </w:rPr>
      <w:fldChar w:fldCharType="separate"/>
    </w:r>
    <w:r w:rsidR="00B97487">
      <w:rPr>
        <w:rFonts w:eastAsia="Tahoma"/>
        <w:noProof/>
        <w:sz w:val="20"/>
      </w:rPr>
      <w:t>1</w:t>
    </w:r>
    <w:r>
      <w:rPr>
        <w:rFonts w:eastAsia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37E3B" w14:textId="77777777" w:rsidR="00573C71" w:rsidRDefault="00573C71">
      <w:pPr>
        <w:spacing w:after="0" w:line="240" w:lineRule="auto"/>
      </w:pPr>
      <w:r>
        <w:separator/>
      </w:r>
    </w:p>
  </w:footnote>
  <w:footnote w:type="continuationSeparator" w:id="0">
    <w:p w14:paraId="5DFA81D3" w14:textId="77777777" w:rsidR="00573C71" w:rsidRDefault="00573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F6FC" w14:textId="77777777" w:rsidR="001967C1" w:rsidRDefault="00000000">
    <w:pPr>
      <w:pStyle w:val="Header"/>
      <w:jc w:val="right"/>
    </w:pPr>
    <w:proofErr w:type="spellStart"/>
    <w:r>
      <w:rPr>
        <w:rFonts w:eastAsia="Tahoma"/>
        <w:i/>
        <w:sz w:val="18"/>
      </w:rPr>
      <w:t>Приложение</w:t>
    </w:r>
    <w:proofErr w:type="spellEnd"/>
    <w:r>
      <w:rPr>
        <w:rFonts w:eastAsia="Tahoma"/>
        <w:i/>
        <w:sz w:val="18"/>
      </w:rPr>
      <w:t xml:space="preserve"> № 4</w:t>
    </w:r>
    <w:r>
      <w:rPr>
        <w:rFonts w:eastAsia="Tahoma"/>
        <w:i/>
        <w:sz w:val="18"/>
      </w:rPr>
      <w:br/>
    </w:r>
    <w:proofErr w:type="spellStart"/>
    <w:r>
      <w:rPr>
        <w:rFonts w:eastAsia="Tahoma"/>
        <w:i/>
        <w:sz w:val="18"/>
      </w:rPr>
      <w:t>към</w:t>
    </w:r>
    <w:proofErr w:type="spellEnd"/>
    <w:r>
      <w:rPr>
        <w:rFonts w:eastAsia="Tahoma"/>
        <w:i/>
        <w:sz w:val="18"/>
      </w:rPr>
      <w:t xml:space="preserve"> </w:t>
    </w:r>
    <w:proofErr w:type="spellStart"/>
    <w:r>
      <w:rPr>
        <w:rFonts w:eastAsia="Tahoma"/>
        <w:i/>
        <w:sz w:val="18"/>
      </w:rPr>
      <w:t>чл</w:t>
    </w:r>
    <w:proofErr w:type="spellEnd"/>
    <w:r>
      <w:rPr>
        <w:rFonts w:eastAsia="Tahoma"/>
        <w:i/>
        <w:sz w:val="18"/>
      </w:rPr>
      <w:t xml:space="preserve">. 20, </w:t>
    </w:r>
    <w:proofErr w:type="spellStart"/>
    <w:r>
      <w:rPr>
        <w:rFonts w:eastAsia="Tahoma"/>
        <w:i/>
        <w:sz w:val="18"/>
      </w:rPr>
      <w:t>ал</w:t>
    </w:r>
    <w:proofErr w:type="spellEnd"/>
    <w:r>
      <w:rPr>
        <w:rFonts w:eastAsia="Tahoma"/>
        <w:i/>
        <w:sz w:val="18"/>
      </w:rPr>
      <w:t xml:space="preserve">. 5 </w:t>
    </w:r>
    <w:proofErr w:type="spellStart"/>
    <w:r>
      <w:rPr>
        <w:rFonts w:eastAsia="Tahoma"/>
        <w:i/>
        <w:sz w:val="18"/>
      </w:rPr>
      <w:t>от</w:t>
    </w:r>
    <w:proofErr w:type="spellEnd"/>
    <w:r>
      <w:rPr>
        <w:rFonts w:eastAsia="Tahoma"/>
        <w:i/>
        <w:sz w:val="18"/>
      </w:rPr>
      <w:t xml:space="preserve"> НПКПМДС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EBAE" w14:textId="77777777" w:rsidR="00FB3A00" w:rsidRPr="00FB3A00" w:rsidRDefault="00FB3A00" w:rsidP="00FB3A00">
    <w:pPr>
      <w:keepNext/>
      <w:tabs>
        <w:tab w:val="left" w:pos="1276"/>
      </w:tabs>
      <w:spacing w:after="0" w:line="360" w:lineRule="exact"/>
      <w:ind w:left="1247"/>
      <w:outlineLvl w:val="0"/>
      <w:rPr>
        <w:rFonts w:ascii="Arial Narrow" w:eastAsia="Times New Roman" w:hAnsi="Arial Narrow" w:cs="Arial"/>
        <w:b/>
        <w:color w:val="auto"/>
        <w:spacing w:val="40"/>
        <w:sz w:val="26"/>
        <w:szCs w:val="26"/>
        <w:lang w:val="bg-BG" w:eastAsia="bg-BG"/>
      </w:rPr>
    </w:pPr>
    <w:r w:rsidRPr="00FB3A00">
      <w:rPr>
        <w:rFonts w:ascii="Arial Narrow" w:eastAsia="Times New Roman" w:hAnsi="Arial Narrow" w:cs="Arial"/>
        <w:b/>
        <w:i/>
        <w:iCs/>
        <w:noProof/>
        <w:color w:val="auto"/>
        <w:sz w:val="26"/>
        <w:szCs w:val="26"/>
        <w:lang w:val="bg-BG" w:eastAsia="bg-BG"/>
      </w:rPr>
      <w:drawing>
        <wp:anchor distT="0" distB="0" distL="114300" distR="114300" simplePos="0" relativeHeight="251663360" behindDoc="0" locked="0" layoutInCell="1" allowOverlap="1" wp14:anchorId="7D495FB1" wp14:editId="02E907C9">
          <wp:simplePos x="0" y="0"/>
          <wp:positionH relativeFrom="column">
            <wp:posOffset>-88900</wp:posOffset>
          </wp:positionH>
          <wp:positionV relativeFrom="paragraph">
            <wp:posOffset>-78740</wp:posOffset>
          </wp:positionV>
          <wp:extent cx="711200" cy="832485"/>
          <wp:effectExtent l="0" t="0" r="0" b="5715"/>
          <wp:wrapSquare wrapText="bothSides"/>
          <wp:docPr id="1524515585" name="Picture 1524515585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3A00">
      <w:rPr>
        <w:rFonts w:ascii="Arial Narrow" w:eastAsia="Times New Roman" w:hAnsi="Arial Narrow" w:cs="Arial"/>
        <w:b/>
        <w:i/>
        <w:iCs/>
        <w:noProof/>
        <w:color w:val="auto"/>
        <w:sz w:val="26"/>
        <w:szCs w:val="26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DC4E83" wp14:editId="5EBCBCAD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75580681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D4D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53.05pt;margin-top:.65pt;width:0;height:4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"/>
          </w:pict>
        </mc:Fallback>
      </mc:AlternateContent>
    </w:r>
    <w:r w:rsidRPr="00FB3A00">
      <w:rPr>
        <w:rFonts w:ascii="Arial Narrow" w:eastAsia="Times New Roman" w:hAnsi="Arial Narrow" w:cs="Arial"/>
        <w:b/>
        <w:color w:val="auto"/>
        <w:spacing w:val="40"/>
        <w:sz w:val="26"/>
        <w:szCs w:val="26"/>
        <w:lang w:val="bg-BG" w:eastAsia="bg-BG"/>
      </w:rPr>
      <w:t>РЕПУБЛИКА БЪЛГАРИЯ</w:t>
    </w:r>
  </w:p>
  <w:p w14:paraId="70103D49" w14:textId="77777777" w:rsidR="00FB3A00" w:rsidRPr="00FB3A00" w:rsidRDefault="00FB3A00" w:rsidP="00FB3A00">
    <w:pPr>
      <w:keepNext/>
      <w:tabs>
        <w:tab w:val="left" w:pos="1276"/>
      </w:tabs>
      <w:spacing w:after="0" w:line="360" w:lineRule="exact"/>
      <w:ind w:left="1247"/>
      <w:outlineLvl w:val="0"/>
      <w:rPr>
        <w:rFonts w:ascii="Arial Narrow" w:eastAsia="Times New Roman" w:hAnsi="Arial Narrow" w:cs="Arial"/>
        <w:color w:val="auto"/>
        <w:spacing w:val="30"/>
        <w:sz w:val="26"/>
        <w:szCs w:val="26"/>
        <w:lang w:val="bg-BG" w:eastAsia="bg-BG"/>
      </w:rPr>
    </w:pPr>
    <w:r w:rsidRPr="00FB3A00">
      <w:rPr>
        <w:rFonts w:ascii="Arial Narrow" w:eastAsia="Times New Roman" w:hAnsi="Arial Narrow" w:cs="Arial"/>
        <w:color w:val="auto"/>
        <w:spacing w:val="30"/>
        <w:sz w:val="26"/>
        <w:szCs w:val="26"/>
        <w:lang w:val="bg-BG" w:eastAsia="bg-BG"/>
      </w:rPr>
      <w:t>Министерство на земеделието и храните</w:t>
    </w:r>
  </w:p>
  <w:p w14:paraId="3A0C19DF" w14:textId="77777777" w:rsidR="00FB3A00" w:rsidRPr="00FB3A00" w:rsidRDefault="00FB3A00" w:rsidP="00FB3A00">
    <w:pPr>
      <w:spacing w:after="0" w:line="360" w:lineRule="exact"/>
      <w:ind w:left="1247"/>
      <w:rPr>
        <w:rFonts w:ascii="Arial Narrow" w:eastAsia="Times New Roman" w:hAnsi="Arial Narrow" w:cs="Arial"/>
        <w:color w:val="auto"/>
        <w:szCs w:val="24"/>
        <w:lang w:val="bg-BG" w:eastAsia="bg-BG"/>
      </w:rPr>
    </w:pPr>
    <w:r w:rsidRPr="00FB3A00">
      <w:rPr>
        <w:rFonts w:ascii="Arial Narrow" w:eastAsia="Times New Roman" w:hAnsi="Arial Narrow" w:cs="Arial"/>
        <w:color w:val="auto"/>
        <w:szCs w:val="24"/>
        <w:lang w:val="bg-BG" w:eastAsia="bg-BG"/>
      </w:rPr>
      <w:t>Изпълнителна агенция по сортоизпитване, апробация и семеконтрол</w:t>
    </w:r>
  </w:p>
  <w:p w14:paraId="663EB941" w14:textId="77777777" w:rsidR="00FB3A00" w:rsidRDefault="00FB3A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6C0A42"/>
    <w:multiLevelType w:val="hybridMultilevel"/>
    <w:tmpl w:val="7E748AE8"/>
    <w:lvl w:ilvl="0" w:tplc="56322100">
      <w:start w:val="1"/>
      <w:numFmt w:val="decimal"/>
      <w:lvlText w:val="%1."/>
      <w:lvlJc w:val="left"/>
      <w:pPr>
        <w:ind w:left="749" w:hanging="465"/>
      </w:pPr>
      <w:rPr>
        <w:rFonts w:eastAsia="Tahom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08EF7893"/>
    <w:multiLevelType w:val="hybridMultilevel"/>
    <w:tmpl w:val="E1C62082"/>
    <w:lvl w:ilvl="0" w:tplc="0402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1" w15:restartNumberingAfterBreak="0">
    <w:nsid w:val="34A25AC3"/>
    <w:multiLevelType w:val="hybridMultilevel"/>
    <w:tmpl w:val="6D48BE0A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2" w15:restartNumberingAfterBreak="0">
    <w:nsid w:val="34E61A0E"/>
    <w:multiLevelType w:val="hybridMultilevel"/>
    <w:tmpl w:val="505E867A"/>
    <w:lvl w:ilvl="0" w:tplc="56322100">
      <w:start w:val="1"/>
      <w:numFmt w:val="decimal"/>
      <w:lvlText w:val="%1."/>
      <w:lvlJc w:val="left"/>
      <w:pPr>
        <w:ind w:left="607" w:hanging="465"/>
      </w:pPr>
      <w:rPr>
        <w:rFonts w:eastAsia="Tahom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862293F"/>
    <w:multiLevelType w:val="hybridMultilevel"/>
    <w:tmpl w:val="1804D4FC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4" w15:restartNumberingAfterBreak="0">
    <w:nsid w:val="4F715602"/>
    <w:multiLevelType w:val="hybridMultilevel"/>
    <w:tmpl w:val="A2844818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5" w15:restartNumberingAfterBreak="0">
    <w:nsid w:val="57272AF8"/>
    <w:multiLevelType w:val="hybridMultilevel"/>
    <w:tmpl w:val="447A5D7A"/>
    <w:lvl w:ilvl="0" w:tplc="26225BBA">
      <w:start w:val="4"/>
      <w:numFmt w:val="bullet"/>
      <w:lvlText w:val="•"/>
      <w:lvlJc w:val="left"/>
      <w:pPr>
        <w:ind w:left="728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" w15:restartNumberingAfterBreak="0">
    <w:nsid w:val="766547A8"/>
    <w:multiLevelType w:val="hybridMultilevel"/>
    <w:tmpl w:val="962458D0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17971295">
    <w:abstractNumId w:val="8"/>
  </w:num>
  <w:num w:numId="2" w16cid:durableId="604532846">
    <w:abstractNumId w:val="6"/>
  </w:num>
  <w:num w:numId="3" w16cid:durableId="1072199713">
    <w:abstractNumId w:val="5"/>
  </w:num>
  <w:num w:numId="4" w16cid:durableId="1499613647">
    <w:abstractNumId w:val="4"/>
  </w:num>
  <w:num w:numId="5" w16cid:durableId="2121410572">
    <w:abstractNumId w:val="7"/>
  </w:num>
  <w:num w:numId="6" w16cid:durableId="679232976">
    <w:abstractNumId w:val="3"/>
  </w:num>
  <w:num w:numId="7" w16cid:durableId="1310356435">
    <w:abstractNumId w:val="2"/>
  </w:num>
  <w:num w:numId="8" w16cid:durableId="280919828">
    <w:abstractNumId w:val="1"/>
  </w:num>
  <w:num w:numId="9" w16cid:durableId="875316302">
    <w:abstractNumId w:val="0"/>
  </w:num>
  <w:num w:numId="10" w16cid:durableId="2037657872">
    <w:abstractNumId w:val="16"/>
  </w:num>
  <w:num w:numId="11" w16cid:durableId="672489245">
    <w:abstractNumId w:val="12"/>
  </w:num>
  <w:num w:numId="12" w16cid:durableId="2013873553">
    <w:abstractNumId w:val="9"/>
  </w:num>
  <w:num w:numId="13" w16cid:durableId="1329283653">
    <w:abstractNumId w:val="10"/>
  </w:num>
  <w:num w:numId="14" w16cid:durableId="1333676507">
    <w:abstractNumId w:val="15"/>
  </w:num>
  <w:num w:numId="15" w16cid:durableId="1369644334">
    <w:abstractNumId w:val="11"/>
  </w:num>
  <w:num w:numId="16" w16cid:durableId="1214002177">
    <w:abstractNumId w:val="14"/>
  </w:num>
  <w:num w:numId="17" w16cid:durableId="18384238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7C1"/>
    <w:rsid w:val="0029639D"/>
    <w:rsid w:val="00326F90"/>
    <w:rsid w:val="003A2426"/>
    <w:rsid w:val="003B0846"/>
    <w:rsid w:val="00442672"/>
    <w:rsid w:val="00573C71"/>
    <w:rsid w:val="00574ABC"/>
    <w:rsid w:val="00653920"/>
    <w:rsid w:val="00704723"/>
    <w:rsid w:val="007238C9"/>
    <w:rsid w:val="007C073F"/>
    <w:rsid w:val="00803243"/>
    <w:rsid w:val="00915A38"/>
    <w:rsid w:val="009424EF"/>
    <w:rsid w:val="009B5CEC"/>
    <w:rsid w:val="00A45EF1"/>
    <w:rsid w:val="00A83124"/>
    <w:rsid w:val="00AA1D8D"/>
    <w:rsid w:val="00B47730"/>
    <w:rsid w:val="00B97487"/>
    <w:rsid w:val="00BF4FD1"/>
    <w:rsid w:val="00C229CF"/>
    <w:rsid w:val="00CB0664"/>
    <w:rsid w:val="00DA6FB4"/>
    <w:rsid w:val="00E831F5"/>
    <w:rsid w:val="00FB3A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D90F0D1"/>
  <w14:defaultImageDpi w14:val="300"/>
  <w15:docId w15:val="{E8681D5B-E55E-41D7-8247-895B3CCA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ahoma" w:hAnsi="Tahoma" w:cs="Tahoma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Общ протокол за допуснатите и недопуснатите кандидати</vt:lpstr>
    </vt:vector>
  </TitlesOfParts>
  <Manager/>
  <Company/>
  <LinksUpToDate>false</LinksUpToDate>
  <CharactersWithSpaces>3320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 протокол за допуснатите и недопуснатите кандидати</dc:title>
  <dc:subject>Конкурси на 29.09.2026 г. по заповеди № РД-10-37 и № РД-10-38 от 03.09.2026 г.</dc:subject>
  <dc:creator>Изпълнителна агенция по сортоизпитване, апробация и семеконтрол</dc:creator>
  <cp:keywords/>
  <dc:description>generated by python-docx</dc:description>
  <cp:lastModifiedBy>Veselina Sokolova</cp:lastModifiedBy>
  <cp:revision>4</cp:revision>
  <dcterms:created xsi:type="dcterms:W3CDTF">2026-09-21T11:57:00Z</dcterms:created>
  <dcterms:modified xsi:type="dcterms:W3CDTF">2026-09-21T12:01:00Z</dcterms:modified>
  <cp:category/>
</cp:coreProperties>
</file>